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מושגים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מושג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למושגים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(יודע מחשבות של כל הדמויות, עבר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(חזרה על מבנה או רעיון בשתי שורות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(פער בין מה שנאמר למה שבאמת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(הרגע המתוח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(השוואה מפורשת בעזרת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(הפער בין משך האירוע למקום שהוא תופס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הדברים מתחילים להיפתר או להתפרק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מספר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להדגיש או להעשיר רעיון בחזרה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פער בין הצפוי לבין 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משך האירועים בעולם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יש פער גדול ביניהם, למשל תיאור של יום שלם בפסקה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עומד מחוץ לעלילה ואינו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שיא הוא נקודת המתח הגבוהה ביותר, בדרך כלל לקראת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נפוצה ליצור תקבולת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אירוניה היא פער בין ציפייה למציאות, לא בהכרח הומוריסטי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תקבולת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מסופר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עיניה נצצו כמו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זמן מסופר הוא כמה זמן עבר בעולם הסיפור, זמן סיפור הוא כמה מקום זה תופס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מכבה אש שהבית שלו נשרף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שיודע הכל על כל הדמויות, גם מחשבות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הרגע המתוח ביותר בעלילה, שאחריו מתחיל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עם מילת השוואה כמו 'כמו' או 'דומה 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ההתאמה בכיתה במקביל לדף, בעזרת מקלדת או 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דוגמאות מתוך סיפורים שנלמדו בכיתה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זיהוי מושגים בקטע חדש שלא 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מושגים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שישה מושגים חשובים בניתוח סיפורים: מספר יודע־כול, זמן סיפור וזמן מסופר, תקבולת, אירוניה, שיא ודימוי.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 יודע־כול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המתוח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מפורשת בעזרת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הפער בין משך האירוע למקום שהוא תופס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חזרה על מבנה או רעיון בשתי שורות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יודע מחשבות של כל הדמויות, עבר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זמן סיפור וזמן מסופר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פער בין מה שנאמר למה שבאמת קורה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מילת השוואה מופיעה בדרך כלל בדימוי?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אחרי השיא בעלילה?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העלילה מתחילה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הדברים מתחילים להיפתר או להתפרק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נגמר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הדמויות נעלמות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יכול לדעת מה כל הדמויות חושבות בו זמנית?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יודע־כול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 הדימוי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תקבולת משמשת בעיקר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להדגיש או להעשיר רעיון בחזרה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אירוניה מתרחשת כאשר: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קורה כמצופה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פער בין הצפוי לבין מה שקורה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נגמר בטוב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דימוי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זמן מסופר מתייחס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עמודים יש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משך האירועים בעולם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סגנון הכתיבה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סיפור הוא תמיד שווה לזמן מסופר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יודע־כול הוא דמות בתוך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'כמו' או 'דומה 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הוא תחילת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תקבולת יכולה לחזור על רעיון במילים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אירוניה היא תמיד דבר מצחיק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מספר __________ יודע את מחשבות כל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הנקודה הכי מתוחה בעלילה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מבנה או רעיון בשתי שורות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השוואה בעזרת מילה כמו 'כמו'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הפער בין מה שנאמר למה שבאמת קורה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משך האירוע בעולם הסיפור נקרא זמן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לדימוי משלכם (עם מילת השוואה)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זמן סיפור לזמן מסופר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למצב אירוני מחיי היומיום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מספר יודע־כול?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שיא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לדימוי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התאמת מושגים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