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מושגים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מושג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למושגים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(יודע מחשבות של כל הדמויות, עבר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(חזרה על מבנה או רעיון בשתי שורות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(פער בין מה שנאמר למה שבאמת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(הרגע המתוח ביותר בעלילה)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הדברים מתחילים להיפתר או להתפרק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להדגיש או להעשיר רעיון בחזרה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יש פער גדול ביניהם, למשל תיאור של יום שלם בפסקה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עומד מחוץ לעלילה ואינו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תקבולת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עיניה נצצו כמו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מכבה אש שהבית שלו נשרף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שיודע הכל על כל הדמויות, גם מחשבות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הרגע המתוח ביותר בעלילה, שאחריו מתחיל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עם מילת השוואה כמו 'כמו' או 'דומה 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ההתאמה בכיתה במקביל לדף, בעזרת מקלדת או 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דוגמאות מתוך סיפורים שנלמדו בכיתה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זיהוי מושגים בקטע חדש שלא 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מושגים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שישה מושגים חשובים בניתוח סיפורים: מספר יודע־כול, זמן סיפור וזמן מסופר, תקבולת, אירוניה, שיא ודימוי.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שיא  ·  תקבולת  ·  יודע־כול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מספר יודע־כול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הרגע המתוח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פער בין מה שנאמר למה שבאמת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חזרה על מבנה או רעיון בשתי שורות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יודע מחשבות של כל הדמויות, עבר ועתיד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השוואה מופיעה בדרך כלל בדימוי?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אחרי השיא בעלילה?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העלילה מתחילה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הדברים מתחילים להיפתר או להתפרק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הסיפור נגמר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תקבולת משמשת בעיקר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להדגיש או להעשיר רעיון בחזרה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לקצר את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זמן סיפור הוא תמיד שווה לזמן מסופר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יודע־כול הוא דמות בתוך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משתמש במילת השוואה כמו 'כמו' או 'דומה 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מספר __________ יודע את מחשבות כל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הנקודה הכי מתוחה בעלילה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חזרה על מבנה או רעיון בשתי שורות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לדימוי משלכם (עם מילת השוואה)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למצב אירוני מחיי היומיום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מספר יודע־כול?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שיא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התאמת מושגים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